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D39" w:rsidRPr="00C07458" w:rsidRDefault="00C07458" w:rsidP="00C07458">
      <w:pPr>
        <w:jc w:val="center"/>
        <w:rPr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                     </w:t>
      </w:r>
      <w:r w:rsidR="00CB23B7" w:rsidRPr="00C07458">
        <w:rPr>
          <w:b/>
          <w:lang w:val="ru-RU"/>
        </w:rPr>
        <w:t>УТВЕРЖДАЮ</w:t>
      </w:r>
      <w:r w:rsidR="00CB23B7" w:rsidRPr="00C07458">
        <w:rPr>
          <w:b/>
          <w:lang w:val="ru-RU"/>
        </w:rPr>
        <w:br/>
      </w:r>
      <w:r>
        <w:rPr>
          <w:lang w:val="ru-RU"/>
        </w:rPr>
        <w:t xml:space="preserve">                                                                                                                   директор школы</w:t>
      </w:r>
      <w:r>
        <w:rPr>
          <w:lang w:val="ru-RU"/>
        </w:rPr>
        <w:br/>
        <w:t xml:space="preserve">                                                                                                             </w:t>
      </w:r>
      <w:proofErr w:type="spellStart"/>
      <w:r>
        <w:rPr>
          <w:lang w:val="ru-RU"/>
        </w:rPr>
        <w:t>Камиева</w:t>
      </w:r>
      <w:proofErr w:type="spellEnd"/>
      <w:r>
        <w:rPr>
          <w:lang w:val="ru-RU"/>
        </w:rPr>
        <w:t xml:space="preserve"> Б.Д.</w:t>
      </w:r>
      <w:r>
        <w:rPr>
          <w:lang w:val="ru-RU"/>
        </w:rPr>
        <w:br/>
        <w:t xml:space="preserve">                                                                                                                «01» .09. </w:t>
      </w:r>
      <w:r w:rsidR="00CB23B7" w:rsidRPr="00C07458">
        <w:rPr>
          <w:lang w:val="ru-RU"/>
        </w:rPr>
        <w:t>2026 г.</w:t>
      </w:r>
    </w:p>
    <w:p w:rsidR="00811D39" w:rsidRPr="00C07458" w:rsidRDefault="00CB23B7">
      <w:pPr>
        <w:jc w:val="center"/>
        <w:rPr>
          <w:lang w:val="ru-RU"/>
        </w:rPr>
      </w:pPr>
      <w:r w:rsidRPr="00C07458">
        <w:rPr>
          <w:b/>
          <w:sz w:val="28"/>
          <w:lang w:val="ru-RU"/>
        </w:rPr>
        <w:t>ГРАФИК</w:t>
      </w:r>
      <w:r w:rsidRPr="00C07458">
        <w:rPr>
          <w:b/>
          <w:sz w:val="28"/>
          <w:lang w:val="ru-RU"/>
        </w:rPr>
        <w:br/>
        <w:t>ДВИЖЕНИЯ АВТОБУСА ПО ПОДВОЗУ УЧАЩИХСЯ</w:t>
      </w:r>
      <w:r w:rsidRPr="00C07458">
        <w:rPr>
          <w:b/>
          <w:lang w:val="ru-RU"/>
        </w:rPr>
        <w:br/>
        <w:t>на 2026–2027 учебный год</w:t>
      </w:r>
    </w:p>
    <w:p w:rsidR="00811D39" w:rsidRPr="00DD0DE5" w:rsidRDefault="00CB23B7">
      <w:pPr>
        <w:jc w:val="center"/>
        <w:rPr>
          <w:rFonts w:cs="Times New Roman"/>
          <w:sz w:val="28"/>
          <w:szCs w:val="28"/>
          <w:lang w:val="ru-RU"/>
        </w:rPr>
      </w:pPr>
      <w:r w:rsidRPr="00DD0DE5">
        <w:rPr>
          <w:rFonts w:cs="Times New Roman"/>
          <w:i/>
          <w:sz w:val="28"/>
          <w:szCs w:val="28"/>
          <w:lang w:val="ru-RU"/>
        </w:rPr>
        <w:t xml:space="preserve">Маршрут: п. </w:t>
      </w:r>
      <w:proofErr w:type="spellStart"/>
      <w:r w:rsidRPr="00DD0DE5">
        <w:rPr>
          <w:rFonts w:cs="Times New Roman"/>
          <w:i/>
          <w:sz w:val="28"/>
          <w:szCs w:val="28"/>
          <w:lang w:val="ru-RU"/>
        </w:rPr>
        <w:t>Жанауыл</w:t>
      </w:r>
      <w:proofErr w:type="spellEnd"/>
      <w:r w:rsidRPr="00DD0DE5">
        <w:rPr>
          <w:rFonts w:cs="Times New Roman"/>
          <w:i/>
          <w:sz w:val="28"/>
          <w:szCs w:val="28"/>
          <w:lang w:val="ru-RU"/>
        </w:rPr>
        <w:t xml:space="preserve"> – Радиозавод – школа – Радиозавод – п. </w:t>
      </w:r>
      <w:proofErr w:type="spellStart"/>
      <w:r w:rsidRPr="00DD0DE5">
        <w:rPr>
          <w:rFonts w:cs="Times New Roman"/>
          <w:i/>
          <w:sz w:val="28"/>
          <w:szCs w:val="28"/>
          <w:lang w:val="ru-RU"/>
        </w:rPr>
        <w:t>Жанауыл</w:t>
      </w:r>
      <w:proofErr w:type="spellEnd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922"/>
        <w:gridCol w:w="1858"/>
        <w:gridCol w:w="1858"/>
        <w:gridCol w:w="1987"/>
        <w:gridCol w:w="1504"/>
        <w:gridCol w:w="2343"/>
      </w:tblGrid>
      <w:tr w:rsidR="007E01BD" w:rsidRPr="00DD0DE5" w:rsidTr="007E01BD">
        <w:trPr>
          <w:jc w:val="center"/>
        </w:trPr>
        <w:tc>
          <w:tcPr>
            <w:tcW w:w="922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DD0DE5">
              <w:rPr>
                <w:rFonts w:cs="Times New Roman"/>
                <w:b/>
                <w:sz w:val="28"/>
                <w:szCs w:val="28"/>
              </w:rPr>
              <w:t>рейса</w:t>
            </w:r>
            <w:proofErr w:type="spellEnd"/>
          </w:p>
        </w:tc>
        <w:tc>
          <w:tcPr>
            <w:tcW w:w="1858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b/>
                <w:sz w:val="28"/>
                <w:szCs w:val="28"/>
              </w:rPr>
              <w:t>Время</w:t>
            </w:r>
            <w:r w:rsidRPr="00DD0DE5">
              <w:rPr>
                <w:rFonts w:cs="Times New Roman"/>
                <w:b/>
                <w:sz w:val="28"/>
                <w:szCs w:val="28"/>
              </w:rPr>
              <w:br/>
              <w:t>отправления</w:t>
            </w:r>
          </w:p>
        </w:tc>
        <w:tc>
          <w:tcPr>
            <w:tcW w:w="1858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b/>
                <w:sz w:val="28"/>
                <w:szCs w:val="28"/>
              </w:rPr>
              <w:t>Место</w:t>
            </w:r>
            <w:r w:rsidRPr="00DD0DE5">
              <w:rPr>
                <w:rFonts w:cs="Times New Roman"/>
                <w:b/>
                <w:sz w:val="28"/>
                <w:szCs w:val="28"/>
              </w:rPr>
              <w:br/>
              <w:t>отправления</w:t>
            </w:r>
          </w:p>
        </w:tc>
        <w:tc>
          <w:tcPr>
            <w:tcW w:w="2133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b/>
                <w:sz w:val="28"/>
                <w:szCs w:val="28"/>
              </w:rPr>
              <w:t>Маршрут</w:t>
            </w:r>
          </w:p>
        </w:tc>
        <w:tc>
          <w:tcPr>
            <w:tcW w:w="1134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b/>
                <w:sz w:val="28"/>
                <w:szCs w:val="28"/>
              </w:rPr>
              <w:t>Время</w:t>
            </w:r>
            <w:r w:rsidRPr="00DD0DE5">
              <w:rPr>
                <w:rFonts w:cs="Times New Roman"/>
                <w:b/>
                <w:sz w:val="28"/>
                <w:szCs w:val="28"/>
              </w:rPr>
              <w:br/>
              <w:t>прибытия</w:t>
            </w:r>
          </w:p>
        </w:tc>
        <w:tc>
          <w:tcPr>
            <w:tcW w:w="2567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b/>
                <w:sz w:val="28"/>
                <w:szCs w:val="28"/>
              </w:rPr>
              <w:t>Назначение</w:t>
            </w:r>
          </w:p>
        </w:tc>
      </w:tr>
      <w:tr w:rsidR="007E01BD" w:rsidRPr="00DD0DE5" w:rsidTr="007E01BD">
        <w:trPr>
          <w:jc w:val="center"/>
        </w:trPr>
        <w:tc>
          <w:tcPr>
            <w:tcW w:w="922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858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07:40</w:t>
            </w:r>
          </w:p>
        </w:tc>
        <w:tc>
          <w:tcPr>
            <w:tcW w:w="1858" w:type="dxa"/>
            <w:vAlign w:val="center"/>
          </w:tcPr>
          <w:p w:rsidR="00811D39" w:rsidRPr="00D33B17" w:rsidRDefault="00CB23B7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D0DE5">
              <w:rPr>
                <w:rFonts w:cs="Times New Roman"/>
                <w:sz w:val="28"/>
                <w:szCs w:val="28"/>
              </w:rPr>
              <w:t xml:space="preserve">п. </w:t>
            </w:r>
            <w:proofErr w:type="spellStart"/>
            <w:r w:rsidRPr="00DD0DE5">
              <w:rPr>
                <w:rFonts w:cs="Times New Roman"/>
                <w:sz w:val="28"/>
                <w:szCs w:val="28"/>
              </w:rPr>
              <w:t>Жанауыл</w:t>
            </w:r>
            <w:proofErr w:type="spellEnd"/>
            <w:r w:rsidR="00D33B17">
              <w:rPr>
                <w:rFonts w:cs="Times New Roman"/>
                <w:sz w:val="28"/>
                <w:szCs w:val="28"/>
                <w:lang w:val="ru-RU"/>
              </w:rPr>
              <w:t>, Радиозавод</w:t>
            </w:r>
          </w:p>
        </w:tc>
        <w:tc>
          <w:tcPr>
            <w:tcW w:w="2133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п. Жанауыл → Радиозавод → школа</w:t>
            </w:r>
          </w:p>
        </w:tc>
        <w:tc>
          <w:tcPr>
            <w:tcW w:w="1134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08:00</w:t>
            </w:r>
          </w:p>
        </w:tc>
        <w:tc>
          <w:tcPr>
            <w:tcW w:w="2567" w:type="dxa"/>
            <w:vAlign w:val="center"/>
          </w:tcPr>
          <w:p w:rsidR="00811D39" w:rsidRPr="00DD0DE5" w:rsidRDefault="00CB23B7">
            <w:pPr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Подвоз учащихся 1-й смены</w:t>
            </w:r>
          </w:p>
        </w:tc>
      </w:tr>
      <w:tr w:rsidR="007E01BD" w:rsidRPr="00DD0DE5" w:rsidTr="007E01BD">
        <w:trPr>
          <w:jc w:val="center"/>
        </w:trPr>
        <w:tc>
          <w:tcPr>
            <w:tcW w:w="922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858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12:30</w:t>
            </w:r>
          </w:p>
        </w:tc>
        <w:tc>
          <w:tcPr>
            <w:tcW w:w="1858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школа</w:t>
            </w:r>
          </w:p>
        </w:tc>
        <w:tc>
          <w:tcPr>
            <w:tcW w:w="2133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школа → Радиозавод → п. Жанауыл</w:t>
            </w:r>
          </w:p>
        </w:tc>
        <w:tc>
          <w:tcPr>
            <w:tcW w:w="1134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—</w:t>
            </w:r>
          </w:p>
        </w:tc>
        <w:tc>
          <w:tcPr>
            <w:tcW w:w="2567" w:type="dxa"/>
            <w:vAlign w:val="center"/>
          </w:tcPr>
          <w:p w:rsidR="00811D39" w:rsidRPr="00DD0DE5" w:rsidRDefault="00CB23B7">
            <w:pPr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Отвоз учащихся 1-й смены</w:t>
            </w:r>
          </w:p>
        </w:tc>
      </w:tr>
      <w:tr w:rsidR="007E01BD" w:rsidRPr="00DD0DE5" w:rsidTr="007E01BD">
        <w:trPr>
          <w:jc w:val="center"/>
        </w:trPr>
        <w:tc>
          <w:tcPr>
            <w:tcW w:w="922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858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12:40</w:t>
            </w:r>
          </w:p>
        </w:tc>
        <w:tc>
          <w:tcPr>
            <w:tcW w:w="1858" w:type="dxa"/>
            <w:vAlign w:val="center"/>
          </w:tcPr>
          <w:p w:rsidR="00811D39" w:rsidRPr="00E15963" w:rsidRDefault="00CB23B7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DD0DE5">
              <w:rPr>
                <w:rFonts w:cs="Times New Roman"/>
                <w:sz w:val="28"/>
                <w:szCs w:val="28"/>
              </w:rPr>
              <w:t xml:space="preserve">п. </w:t>
            </w:r>
            <w:proofErr w:type="spellStart"/>
            <w:r w:rsidRPr="00DD0DE5">
              <w:rPr>
                <w:rFonts w:cs="Times New Roman"/>
                <w:sz w:val="28"/>
                <w:szCs w:val="28"/>
              </w:rPr>
              <w:t>Жанауыл</w:t>
            </w:r>
            <w:proofErr w:type="spellEnd"/>
            <w:r w:rsidR="00E15963">
              <w:rPr>
                <w:rFonts w:cs="Times New Roman"/>
                <w:sz w:val="28"/>
                <w:szCs w:val="28"/>
                <w:lang w:val="ru-RU"/>
              </w:rPr>
              <w:t>, Радиозавод</w:t>
            </w:r>
          </w:p>
        </w:tc>
        <w:tc>
          <w:tcPr>
            <w:tcW w:w="2133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п. Жанауыл → Радиозавод → школа</w:t>
            </w:r>
          </w:p>
        </w:tc>
        <w:tc>
          <w:tcPr>
            <w:tcW w:w="1134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12:50</w:t>
            </w:r>
          </w:p>
        </w:tc>
        <w:tc>
          <w:tcPr>
            <w:tcW w:w="2567" w:type="dxa"/>
            <w:vAlign w:val="center"/>
          </w:tcPr>
          <w:p w:rsidR="00811D39" w:rsidRPr="00DD0DE5" w:rsidRDefault="00CB23B7">
            <w:pPr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Подвоз учащихся 2-й смены</w:t>
            </w:r>
          </w:p>
        </w:tc>
      </w:tr>
      <w:tr w:rsidR="007E01BD" w:rsidRPr="00DD0DE5" w:rsidTr="007E01BD">
        <w:trPr>
          <w:jc w:val="center"/>
        </w:trPr>
        <w:tc>
          <w:tcPr>
            <w:tcW w:w="922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858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15:00</w:t>
            </w:r>
          </w:p>
        </w:tc>
        <w:tc>
          <w:tcPr>
            <w:tcW w:w="1858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школа</w:t>
            </w:r>
          </w:p>
        </w:tc>
        <w:tc>
          <w:tcPr>
            <w:tcW w:w="2133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школа → Радиозавод → п. Жанауыл</w:t>
            </w:r>
          </w:p>
        </w:tc>
        <w:tc>
          <w:tcPr>
            <w:tcW w:w="1134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—</w:t>
            </w:r>
          </w:p>
        </w:tc>
        <w:tc>
          <w:tcPr>
            <w:tcW w:w="2567" w:type="dxa"/>
            <w:vAlign w:val="center"/>
          </w:tcPr>
          <w:p w:rsidR="00811D39" w:rsidRPr="00DD0DE5" w:rsidRDefault="00CB23B7">
            <w:pPr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Отвоз учащихся 1-й смены</w:t>
            </w:r>
          </w:p>
        </w:tc>
      </w:tr>
      <w:tr w:rsidR="007E01BD" w:rsidRPr="00DD0DE5" w:rsidTr="007E01BD">
        <w:trPr>
          <w:jc w:val="center"/>
        </w:trPr>
        <w:tc>
          <w:tcPr>
            <w:tcW w:w="922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858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18:00</w:t>
            </w:r>
          </w:p>
        </w:tc>
        <w:tc>
          <w:tcPr>
            <w:tcW w:w="1858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школа</w:t>
            </w:r>
          </w:p>
        </w:tc>
        <w:tc>
          <w:tcPr>
            <w:tcW w:w="2133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школа → Радиозавод → п. Жанауыл</w:t>
            </w:r>
          </w:p>
        </w:tc>
        <w:tc>
          <w:tcPr>
            <w:tcW w:w="1134" w:type="dxa"/>
            <w:vAlign w:val="center"/>
          </w:tcPr>
          <w:p w:rsidR="00811D39" w:rsidRPr="00DD0DE5" w:rsidRDefault="00CB23B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—</w:t>
            </w:r>
          </w:p>
        </w:tc>
        <w:tc>
          <w:tcPr>
            <w:tcW w:w="2567" w:type="dxa"/>
            <w:vAlign w:val="center"/>
          </w:tcPr>
          <w:p w:rsidR="00811D39" w:rsidRPr="00DD0DE5" w:rsidRDefault="00CB23B7">
            <w:pPr>
              <w:rPr>
                <w:rFonts w:cs="Times New Roman"/>
                <w:sz w:val="28"/>
                <w:szCs w:val="28"/>
              </w:rPr>
            </w:pPr>
            <w:r w:rsidRPr="00DD0DE5">
              <w:rPr>
                <w:rFonts w:cs="Times New Roman"/>
                <w:sz w:val="28"/>
                <w:szCs w:val="28"/>
              </w:rPr>
              <w:t>Отвоз учащихся 2-й смены</w:t>
            </w:r>
          </w:p>
        </w:tc>
      </w:tr>
    </w:tbl>
    <w:p w:rsidR="00811D39" w:rsidRPr="00E50C8A" w:rsidRDefault="00CB23B7">
      <w:pPr>
        <w:rPr>
          <w:rFonts w:cs="Times New Roman"/>
          <w:sz w:val="28"/>
          <w:szCs w:val="28"/>
          <w:lang w:val="ru-RU"/>
        </w:rPr>
      </w:pPr>
      <w:r w:rsidRPr="00E50C8A">
        <w:rPr>
          <w:rFonts w:cs="Times New Roman"/>
          <w:b/>
          <w:sz w:val="28"/>
          <w:szCs w:val="28"/>
          <w:lang w:val="ru-RU"/>
        </w:rPr>
        <w:t>Порядок движения</w:t>
      </w:r>
    </w:p>
    <w:p w:rsidR="00811D39" w:rsidRPr="00DD0DE5" w:rsidRDefault="00CB23B7">
      <w:pPr>
        <w:spacing w:after="80"/>
        <w:rPr>
          <w:rFonts w:cs="Times New Roman"/>
          <w:sz w:val="28"/>
          <w:szCs w:val="28"/>
          <w:lang w:val="ru-RU"/>
        </w:rPr>
      </w:pPr>
      <w:r w:rsidRPr="00DD0DE5">
        <w:rPr>
          <w:rFonts w:cs="Times New Roman"/>
          <w:b/>
          <w:sz w:val="28"/>
          <w:szCs w:val="28"/>
          <w:lang w:val="ru-RU"/>
        </w:rPr>
        <w:t xml:space="preserve">1. Утренний рейс: </w:t>
      </w:r>
      <w:r w:rsidRPr="00DD0DE5">
        <w:rPr>
          <w:rFonts w:cs="Times New Roman"/>
          <w:sz w:val="28"/>
          <w:szCs w:val="28"/>
          <w:lang w:val="ru-RU"/>
        </w:rPr>
        <w:t xml:space="preserve">07:40 — отправление из п. </w:t>
      </w:r>
      <w:proofErr w:type="spellStart"/>
      <w:r w:rsidRPr="00DD0DE5">
        <w:rPr>
          <w:rFonts w:cs="Times New Roman"/>
          <w:sz w:val="28"/>
          <w:szCs w:val="28"/>
          <w:lang w:val="ru-RU"/>
        </w:rPr>
        <w:t>Жанауыл</w:t>
      </w:r>
      <w:proofErr w:type="spellEnd"/>
      <w:r w:rsidR="00E50C8A">
        <w:rPr>
          <w:rFonts w:cs="Times New Roman"/>
          <w:sz w:val="28"/>
          <w:szCs w:val="28"/>
          <w:lang w:val="ru-RU"/>
        </w:rPr>
        <w:t>, Радиозавод;</w:t>
      </w:r>
      <w:r w:rsidRPr="00DD0DE5">
        <w:rPr>
          <w:rFonts w:cs="Times New Roman"/>
          <w:sz w:val="28"/>
          <w:szCs w:val="28"/>
          <w:lang w:val="ru-RU"/>
        </w:rPr>
        <w:t xml:space="preserve"> 08:00 — прибытие в школу.</w:t>
      </w:r>
    </w:p>
    <w:p w:rsidR="00811D39" w:rsidRPr="00DD0DE5" w:rsidRDefault="00CB23B7">
      <w:pPr>
        <w:spacing w:after="80"/>
        <w:rPr>
          <w:rFonts w:cs="Times New Roman"/>
          <w:sz w:val="28"/>
          <w:szCs w:val="28"/>
          <w:lang w:val="ru-RU"/>
        </w:rPr>
      </w:pPr>
      <w:r w:rsidRPr="00DD0DE5">
        <w:rPr>
          <w:rFonts w:cs="Times New Roman"/>
          <w:b/>
          <w:sz w:val="28"/>
          <w:szCs w:val="28"/>
          <w:lang w:val="ru-RU"/>
        </w:rPr>
        <w:t xml:space="preserve">2. Развоз учащихся 1-й смены: </w:t>
      </w:r>
      <w:r w:rsidRPr="00DD0DE5">
        <w:rPr>
          <w:rFonts w:cs="Times New Roman"/>
          <w:sz w:val="28"/>
          <w:szCs w:val="28"/>
          <w:lang w:val="ru-RU"/>
        </w:rPr>
        <w:t xml:space="preserve">12:30 — отправление от школы; маршрут: школа → Радиозавод → п. </w:t>
      </w:r>
      <w:proofErr w:type="spellStart"/>
      <w:r w:rsidRPr="00DD0DE5">
        <w:rPr>
          <w:rFonts w:cs="Times New Roman"/>
          <w:sz w:val="28"/>
          <w:szCs w:val="28"/>
          <w:lang w:val="ru-RU"/>
        </w:rPr>
        <w:t>Жанауыл</w:t>
      </w:r>
      <w:proofErr w:type="spellEnd"/>
      <w:r w:rsidRPr="00DD0DE5">
        <w:rPr>
          <w:rFonts w:cs="Times New Roman"/>
          <w:sz w:val="28"/>
          <w:szCs w:val="28"/>
          <w:lang w:val="ru-RU"/>
        </w:rPr>
        <w:t>.</w:t>
      </w:r>
    </w:p>
    <w:p w:rsidR="00811D39" w:rsidRPr="00DD0DE5" w:rsidRDefault="00CB23B7">
      <w:pPr>
        <w:spacing w:after="80"/>
        <w:rPr>
          <w:rFonts w:cs="Times New Roman"/>
          <w:sz w:val="28"/>
          <w:szCs w:val="28"/>
          <w:lang w:val="ru-RU"/>
        </w:rPr>
      </w:pPr>
      <w:r w:rsidRPr="00DD0DE5">
        <w:rPr>
          <w:rFonts w:cs="Times New Roman"/>
          <w:b/>
          <w:sz w:val="28"/>
          <w:szCs w:val="28"/>
          <w:lang w:val="ru-RU"/>
        </w:rPr>
        <w:t xml:space="preserve">3. Подвоз учащихся 2-й смены: </w:t>
      </w:r>
      <w:r w:rsidRPr="00DD0DE5">
        <w:rPr>
          <w:rFonts w:cs="Times New Roman"/>
          <w:sz w:val="28"/>
          <w:szCs w:val="28"/>
          <w:lang w:val="ru-RU"/>
        </w:rPr>
        <w:t>12:40 — о</w:t>
      </w:r>
      <w:r>
        <w:rPr>
          <w:rFonts w:cs="Times New Roman"/>
          <w:sz w:val="28"/>
          <w:szCs w:val="28"/>
          <w:lang w:val="ru-RU"/>
        </w:rPr>
        <w:t xml:space="preserve">тправление из п. </w:t>
      </w:r>
      <w:proofErr w:type="spellStart"/>
      <w:r>
        <w:rPr>
          <w:rFonts w:cs="Times New Roman"/>
          <w:sz w:val="28"/>
          <w:szCs w:val="28"/>
          <w:lang w:val="ru-RU"/>
        </w:rPr>
        <w:t>Жанауыл</w:t>
      </w:r>
      <w:proofErr w:type="spellEnd"/>
      <w:r>
        <w:rPr>
          <w:rFonts w:cs="Times New Roman"/>
          <w:sz w:val="28"/>
          <w:szCs w:val="28"/>
          <w:lang w:val="ru-RU"/>
        </w:rPr>
        <w:t>,</w:t>
      </w:r>
      <w:r w:rsidRPr="00DD0DE5">
        <w:rPr>
          <w:rFonts w:cs="Times New Roman"/>
          <w:sz w:val="28"/>
          <w:szCs w:val="28"/>
          <w:lang w:val="ru-RU"/>
        </w:rPr>
        <w:t xml:space="preserve"> Радиозавод; 12:50 — прибытие в школу.</w:t>
      </w:r>
    </w:p>
    <w:p w:rsidR="00811D39" w:rsidRPr="00DD0DE5" w:rsidRDefault="00CB23B7">
      <w:pPr>
        <w:spacing w:after="80"/>
        <w:rPr>
          <w:rFonts w:cs="Times New Roman"/>
          <w:sz w:val="28"/>
          <w:szCs w:val="28"/>
          <w:lang w:val="ru-RU"/>
        </w:rPr>
      </w:pPr>
      <w:r w:rsidRPr="00DD0DE5">
        <w:rPr>
          <w:rFonts w:cs="Times New Roman"/>
          <w:b/>
          <w:sz w:val="28"/>
          <w:szCs w:val="28"/>
          <w:lang w:val="ru-RU"/>
        </w:rPr>
        <w:t xml:space="preserve">4. Развоз учащихся 1-й смены: </w:t>
      </w:r>
      <w:r w:rsidRPr="00DD0DE5">
        <w:rPr>
          <w:rFonts w:cs="Times New Roman"/>
          <w:sz w:val="28"/>
          <w:szCs w:val="28"/>
          <w:lang w:val="ru-RU"/>
        </w:rPr>
        <w:t xml:space="preserve">15:00 — отправление от школы; маршрут: школа → Радиозавод → п. </w:t>
      </w:r>
      <w:proofErr w:type="spellStart"/>
      <w:r w:rsidRPr="00DD0DE5">
        <w:rPr>
          <w:rFonts w:cs="Times New Roman"/>
          <w:sz w:val="28"/>
          <w:szCs w:val="28"/>
          <w:lang w:val="ru-RU"/>
        </w:rPr>
        <w:t>Жанауыл</w:t>
      </w:r>
      <w:proofErr w:type="spellEnd"/>
      <w:r w:rsidRPr="00DD0DE5">
        <w:rPr>
          <w:rFonts w:cs="Times New Roman"/>
          <w:sz w:val="28"/>
          <w:szCs w:val="28"/>
          <w:lang w:val="ru-RU"/>
        </w:rPr>
        <w:t>.</w:t>
      </w:r>
    </w:p>
    <w:p w:rsidR="00811D39" w:rsidRPr="00DD0DE5" w:rsidRDefault="00CB23B7">
      <w:pPr>
        <w:spacing w:after="80"/>
        <w:rPr>
          <w:rFonts w:cs="Times New Roman"/>
          <w:sz w:val="28"/>
          <w:szCs w:val="28"/>
          <w:lang w:val="ru-RU"/>
        </w:rPr>
      </w:pPr>
      <w:r w:rsidRPr="00DD0DE5">
        <w:rPr>
          <w:rFonts w:cs="Times New Roman"/>
          <w:b/>
          <w:sz w:val="28"/>
          <w:szCs w:val="28"/>
          <w:lang w:val="ru-RU"/>
        </w:rPr>
        <w:t xml:space="preserve">5. Развоз учащихся 2-й смены: </w:t>
      </w:r>
      <w:r w:rsidRPr="00DD0DE5">
        <w:rPr>
          <w:rFonts w:cs="Times New Roman"/>
          <w:sz w:val="28"/>
          <w:szCs w:val="28"/>
          <w:lang w:val="ru-RU"/>
        </w:rPr>
        <w:t xml:space="preserve">18:00 — отправление от школы; маршрут: школа → Радиозавод → п. </w:t>
      </w:r>
      <w:proofErr w:type="spellStart"/>
      <w:r w:rsidRPr="00DD0DE5">
        <w:rPr>
          <w:rFonts w:cs="Times New Roman"/>
          <w:sz w:val="28"/>
          <w:szCs w:val="28"/>
          <w:lang w:val="ru-RU"/>
        </w:rPr>
        <w:t>Жанауыл</w:t>
      </w:r>
      <w:proofErr w:type="spellEnd"/>
      <w:r w:rsidRPr="00DD0DE5">
        <w:rPr>
          <w:rFonts w:cs="Times New Roman"/>
          <w:sz w:val="28"/>
          <w:szCs w:val="28"/>
          <w:lang w:val="ru-RU"/>
        </w:rPr>
        <w:t>.</w:t>
      </w:r>
    </w:p>
    <w:p w:rsidR="00811D39" w:rsidRPr="00F43041" w:rsidRDefault="00811D39">
      <w:pPr>
        <w:rPr>
          <w:lang w:val="ru-RU"/>
        </w:rPr>
      </w:pPr>
      <w:bookmarkStart w:id="0" w:name="_GoBack"/>
      <w:bookmarkEnd w:id="0"/>
    </w:p>
    <w:sectPr w:rsidR="00811D39" w:rsidRPr="00F43041" w:rsidSect="00034616">
      <w:pgSz w:w="12240" w:h="15840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4182C"/>
    <w:rsid w:val="00776CB1"/>
    <w:rsid w:val="007E01BD"/>
    <w:rsid w:val="00811D39"/>
    <w:rsid w:val="00AA1D8D"/>
    <w:rsid w:val="00B47730"/>
    <w:rsid w:val="00C07458"/>
    <w:rsid w:val="00CB0664"/>
    <w:rsid w:val="00CB23B7"/>
    <w:rsid w:val="00D33B17"/>
    <w:rsid w:val="00DD0DE5"/>
    <w:rsid w:val="00E15963"/>
    <w:rsid w:val="00E50C8A"/>
    <w:rsid w:val="00F43041"/>
    <w:rsid w:val="00F869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6BB8CD"/>
  <w14:defaultImageDpi w14:val="300"/>
  <w15:docId w15:val="{3CEAB3D1-FE4C-4EF4-891B-E7B2D88C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6F7B3C-ADFD-42F2-B63D-45C9130A9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12</cp:revision>
  <dcterms:created xsi:type="dcterms:W3CDTF">2013-12-23T23:15:00Z</dcterms:created>
  <dcterms:modified xsi:type="dcterms:W3CDTF">2026-08-27T11:56:00Z</dcterms:modified>
  <cp:category/>
</cp:coreProperties>
</file>